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8F554" w14:textId="77777777" w:rsidR="00A262F0" w:rsidRPr="00A262F0" w:rsidRDefault="00A262F0">
      <w:pPr>
        <w:rPr>
          <w:rFonts w:ascii="Arial" w:hAnsi="Arial" w:cs="Arial"/>
          <w:color w:val="000000" w:themeColor="text1"/>
          <w:lang w:val="ru-RU"/>
        </w:rPr>
      </w:pPr>
    </w:p>
    <w:p w14:paraId="63A953AC" w14:textId="77777777" w:rsidR="00A262F0" w:rsidRPr="00A262F0" w:rsidRDefault="00A262F0" w:rsidP="00A262F0">
      <w:pPr>
        <w:rPr>
          <w:rFonts w:ascii="Arial" w:hAnsi="Arial" w:cs="Arial"/>
          <w:color w:val="000000" w:themeColor="text1"/>
          <w:sz w:val="40"/>
          <w:szCs w:val="40"/>
          <w:lang w:val="ru-RU"/>
        </w:rPr>
      </w:pPr>
    </w:p>
    <w:p w14:paraId="0B6E91DE" w14:textId="68641C94" w:rsidR="00A262F0" w:rsidRPr="00A262F0" w:rsidRDefault="00A262F0" w:rsidP="00A262F0">
      <w:pPr>
        <w:jc w:val="center"/>
        <w:rPr>
          <w:rFonts w:ascii="Arial" w:hAnsi="Arial" w:cs="Arial"/>
          <w:color w:val="000000" w:themeColor="text1"/>
          <w:sz w:val="40"/>
          <w:szCs w:val="40"/>
          <w:lang w:val="ru-RU"/>
        </w:rPr>
      </w:pPr>
      <w:r w:rsidRPr="00A262F0">
        <w:rPr>
          <w:rFonts w:ascii="Arial" w:hAnsi="Arial" w:cs="Arial"/>
          <w:color w:val="000000" w:themeColor="text1"/>
          <w:sz w:val="40"/>
          <w:szCs w:val="40"/>
          <w:lang w:val="ru-RU"/>
        </w:rPr>
        <w:t>.</w:t>
      </w:r>
    </w:p>
    <w:p w14:paraId="752612CC" w14:textId="0B7309E1" w:rsidR="00A262F0" w:rsidRPr="00A262F0" w:rsidRDefault="00A262F0" w:rsidP="00A262F0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val="ru-RU"/>
        </w:rPr>
      </w:pPr>
      <w:r w:rsidRPr="00A262F0">
        <w:rPr>
          <w:rFonts w:ascii="Arial" w:hAnsi="Arial" w:cs="Arial"/>
          <w:color w:val="000000" w:themeColor="text1"/>
          <w:sz w:val="40"/>
          <w:szCs w:val="40"/>
          <w:lang w:val="ru-RU"/>
        </w:rPr>
        <w:br/>
      </w:r>
      <w:r w:rsidRPr="00A262F0">
        <w:rPr>
          <w:rFonts w:ascii="Arial" w:hAnsi="Arial" w:cs="Arial"/>
          <w:b/>
          <w:bCs/>
          <w:color w:val="000000" w:themeColor="text1"/>
          <w:sz w:val="40"/>
          <w:szCs w:val="40"/>
          <w:lang w:val="ru-RU"/>
        </w:rPr>
        <w:t>Симулятор управления</w:t>
      </w:r>
      <w:r w:rsidRPr="00A262F0">
        <w:rPr>
          <w:rFonts w:ascii="Arial" w:hAnsi="Arial" w:cs="Arial"/>
          <w:b/>
          <w:bCs/>
          <w:color w:val="000000" w:themeColor="text1"/>
          <w:sz w:val="40"/>
          <w:szCs w:val="40"/>
          <w:lang w:val="ru-RU"/>
        </w:rPr>
        <w:t xml:space="preserve"> </w:t>
      </w:r>
      <w:r w:rsidRPr="00A262F0">
        <w:rPr>
          <w:rFonts w:ascii="Arial" w:hAnsi="Arial" w:cs="Arial"/>
          <w:b/>
          <w:bCs/>
          <w:color w:val="000000" w:themeColor="text1"/>
          <w:sz w:val="40"/>
          <w:szCs w:val="40"/>
          <w:lang w:val="ru-RU"/>
        </w:rPr>
        <w:br/>
      </w:r>
      <w:proofErr w:type="spellStart"/>
      <w:r w:rsidRPr="00A262F0">
        <w:rPr>
          <w:rFonts w:ascii="Arial" w:hAnsi="Arial" w:cs="Arial"/>
          <w:b/>
          <w:bCs/>
          <w:color w:val="000000" w:themeColor="text1"/>
          <w:sz w:val="40"/>
          <w:szCs w:val="40"/>
          <w:lang w:val="ru-RU"/>
        </w:rPr>
        <w:t>квадрокоптером</w:t>
      </w:r>
      <w:proofErr w:type="spellEnd"/>
      <w:r w:rsidRPr="00A262F0">
        <w:rPr>
          <w:rFonts w:ascii="Arial" w:hAnsi="Arial" w:cs="Arial"/>
          <w:b/>
          <w:bCs/>
          <w:color w:val="000000" w:themeColor="text1"/>
          <w:sz w:val="40"/>
          <w:szCs w:val="40"/>
          <w:lang w:val="ru-RU"/>
        </w:rPr>
        <w:t xml:space="preserve"> </w:t>
      </w:r>
      <w:proofErr w:type="spellStart"/>
      <w:r w:rsidRPr="00A262F0">
        <w:rPr>
          <w:rFonts w:ascii="Arial" w:hAnsi="Arial" w:cs="Arial"/>
          <w:b/>
          <w:bCs/>
          <w:color w:val="000000" w:themeColor="text1"/>
          <w:sz w:val="40"/>
          <w:szCs w:val="40"/>
          <w:lang w:val="ru-RU"/>
        </w:rPr>
        <w:t>BRLab</w:t>
      </w:r>
      <w:proofErr w:type="spellEnd"/>
    </w:p>
    <w:p w14:paraId="574EA69F" w14:textId="7F5B1034" w:rsidR="00A262F0" w:rsidRPr="00A262F0" w:rsidRDefault="00A262F0" w:rsidP="00A262F0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val="ru-RU"/>
        </w:rPr>
      </w:pPr>
    </w:p>
    <w:p w14:paraId="2F8E8ACC" w14:textId="77777777" w:rsidR="00A262F0" w:rsidRPr="00A262F0" w:rsidRDefault="00A262F0" w:rsidP="00A262F0">
      <w:pPr>
        <w:pStyle w:val="NormalWeb"/>
        <w:spacing w:before="0" w:beforeAutospacing="0" w:after="0" w:afterAutospacing="0" w:line="216" w:lineRule="atLeast"/>
        <w:jc w:val="center"/>
        <w:rPr>
          <w:rFonts w:ascii="Arial" w:hAnsi="Arial" w:cs="Arial"/>
          <w:color w:val="000000"/>
        </w:rPr>
      </w:pPr>
      <w:r w:rsidRPr="00A262F0">
        <w:rPr>
          <w:rFonts w:ascii="Arial" w:hAnsi="Arial" w:cs="Arial"/>
          <w:color w:val="000000"/>
        </w:rPr>
        <w:t>Инструкция по</w:t>
      </w:r>
      <w:r w:rsidRPr="00A262F0">
        <w:rPr>
          <w:rStyle w:val="apple-converted-space"/>
          <w:rFonts w:ascii="Arial" w:hAnsi="Arial" w:cs="Arial"/>
          <w:color w:val="000000"/>
        </w:rPr>
        <w:t> </w:t>
      </w:r>
      <w:r w:rsidRPr="00A262F0">
        <w:rPr>
          <w:rFonts w:ascii="Arial" w:hAnsi="Arial" w:cs="Arial"/>
          <w:color w:val="000000"/>
        </w:rPr>
        <w:t>установке и эксплуатации тестового экземпляра</w:t>
      </w:r>
      <w:r w:rsidRPr="00A262F0">
        <w:rPr>
          <w:rStyle w:val="apple-converted-space"/>
          <w:rFonts w:ascii="Arial" w:hAnsi="Arial" w:cs="Arial"/>
          <w:color w:val="000000"/>
        </w:rPr>
        <w:t> </w:t>
      </w:r>
      <w:r w:rsidRPr="00A262F0">
        <w:rPr>
          <w:rFonts w:ascii="Arial" w:hAnsi="Arial" w:cs="Arial"/>
          <w:color w:val="000000"/>
        </w:rPr>
        <w:t>ПО</w:t>
      </w:r>
    </w:p>
    <w:p w14:paraId="6389910D" w14:textId="77777777" w:rsidR="00A262F0" w:rsidRPr="00A262F0" w:rsidRDefault="00A262F0" w:rsidP="00A262F0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val="en-RU"/>
        </w:rPr>
      </w:pPr>
    </w:p>
    <w:p w14:paraId="69C6588E" w14:textId="350FFC48" w:rsidR="00D07686" w:rsidRP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br/>
        <w:t xml:space="preserve">Разработчик: </w:t>
      </w:r>
      <w:r w:rsidRPr="00A262F0">
        <w:rPr>
          <w:rFonts w:ascii="Arial" w:hAnsi="Arial" w:cs="Arial"/>
          <w:color w:val="000000" w:themeColor="text1"/>
        </w:rPr>
        <w:t>BR</w:t>
      </w:r>
      <w:r w:rsidRPr="00A262F0">
        <w:rPr>
          <w:rFonts w:ascii="Arial" w:hAnsi="Arial" w:cs="Arial"/>
          <w:color w:val="000000" w:themeColor="text1"/>
          <w:lang w:val="ru-RU"/>
        </w:rPr>
        <w:t xml:space="preserve"> </w:t>
      </w:r>
      <w:r w:rsidRPr="00A262F0">
        <w:rPr>
          <w:rFonts w:ascii="Arial" w:hAnsi="Arial" w:cs="Arial"/>
          <w:color w:val="000000" w:themeColor="text1"/>
        </w:rPr>
        <w:t>Lab</w:t>
      </w:r>
      <w:r w:rsidRPr="00A262F0">
        <w:rPr>
          <w:rFonts w:ascii="Arial" w:hAnsi="Arial" w:cs="Arial"/>
          <w:color w:val="000000" w:themeColor="text1"/>
          <w:lang w:val="ru-RU"/>
        </w:rPr>
        <w:br/>
        <w:t>Версия симулятора: 1.0</w:t>
      </w:r>
      <w:r w:rsidRPr="00A262F0">
        <w:rPr>
          <w:rFonts w:ascii="Arial" w:hAnsi="Arial" w:cs="Arial"/>
          <w:color w:val="000000" w:themeColor="text1"/>
          <w:lang w:val="ru-RU"/>
        </w:rPr>
        <w:br/>
      </w:r>
      <w:r w:rsidRPr="00A262F0">
        <w:rPr>
          <w:rFonts w:ascii="Arial" w:hAnsi="Arial" w:cs="Arial"/>
          <w:color w:val="000000" w:themeColor="text1"/>
          <w:lang w:val="ru-RU"/>
        </w:rPr>
        <w:br/>
      </w:r>
      <w:r w:rsidRPr="00A262F0">
        <w:rPr>
          <w:rFonts w:ascii="Arial" w:hAnsi="Arial" w:cs="Arial"/>
          <w:color w:val="000000" w:themeColor="text1"/>
          <w:lang w:val="ru-RU"/>
        </w:rPr>
        <w:br/>
      </w:r>
    </w:p>
    <w:p w14:paraId="79403213" w14:textId="77777777" w:rsidR="00D07686" w:rsidRP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br w:type="page"/>
      </w:r>
    </w:p>
    <w:p w14:paraId="7DF1EE02" w14:textId="77777777" w:rsidR="00A262F0" w:rsidRDefault="00A262F0">
      <w:pPr>
        <w:pStyle w:val="Title"/>
        <w:rPr>
          <w:rFonts w:ascii="Arial" w:hAnsi="Arial" w:cs="Arial"/>
          <w:color w:val="000000" w:themeColor="text1"/>
          <w:lang w:val="ru-RU"/>
        </w:rPr>
      </w:pPr>
    </w:p>
    <w:p w14:paraId="2ECDF1B9" w14:textId="75B00D0F" w:rsidR="00D07686" w:rsidRPr="00A262F0" w:rsidRDefault="00317DA8">
      <w:pPr>
        <w:pStyle w:val="Title"/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Оглавление</w:t>
      </w:r>
    </w:p>
    <w:p w14:paraId="2DBF128F" w14:textId="77777777" w:rsidR="00D07686" w:rsidRP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1. Минимальные системны</w:t>
      </w:r>
      <w:r w:rsidRPr="00A262F0">
        <w:rPr>
          <w:rFonts w:ascii="Arial" w:hAnsi="Arial" w:cs="Arial"/>
          <w:color w:val="000000" w:themeColor="text1"/>
          <w:lang w:val="ru-RU"/>
        </w:rPr>
        <w:t>е требования</w:t>
      </w:r>
    </w:p>
    <w:p w14:paraId="1637D550" w14:textId="77777777" w:rsidR="00D07686" w:rsidRP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2. Процесс установки</w:t>
      </w:r>
    </w:p>
    <w:p w14:paraId="76FF1DF9" w14:textId="77777777" w:rsidR="00D07686" w:rsidRP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3. Настройка пульта управления</w:t>
      </w:r>
    </w:p>
    <w:p w14:paraId="342DD756" w14:textId="77777777" w:rsidR="00D07686" w:rsidRP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4. Процесс запуска симулятора</w:t>
      </w:r>
    </w:p>
    <w:p w14:paraId="5DAADE13" w14:textId="77777777" w:rsidR="00D07686" w:rsidRP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 xml:space="preserve">5. Определение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стиков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 (органов управления пульта)</w:t>
      </w:r>
    </w:p>
    <w:p w14:paraId="7F1664F3" w14:textId="77777777" w:rsidR="00D07686" w:rsidRP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6. Процесс полёта</w:t>
      </w:r>
    </w:p>
    <w:p w14:paraId="192BCD9E" w14:textId="77777777" w:rsidR="00D07686" w:rsidRP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7. Часто задаваемые вопросы (</w:t>
      </w:r>
      <w:r w:rsidRPr="00A262F0">
        <w:rPr>
          <w:rFonts w:ascii="Arial" w:hAnsi="Arial" w:cs="Arial"/>
          <w:color w:val="000000" w:themeColor="text1"/>
        </w:rPr>
        <w:t>FAQ</w:t>
      </w:r>
      <w:r w:rsidRPr="00A262F0">
        <w:rPr>
          <w:rFonts w:ascii="Arial" w:hAnsi="Arial" w:cs="Arial"/>
          <w:color w:val="000000" w:themeColor="text1"/>
          <w:lang w:val="ru-RU"/>
        </w:rPr>
        <w:t>)</w:t>
      </w:r>
    </w:p>
    <w:p w14:paraId="407BEC4F" w14:textId="77777777" w:rsidR="00D07686" w:rsidRP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br w:type="page"/>
      </w:r>
    </w:p>
    <w:p w14:paraId="79F13677" w14:textId="77777777" w:rsidR="00A262F0" w:rsidRDefault="00A262F0">
      <w:pPr>
        <w:pStyle w:val="Heading1"/>
        <w:rPr>
          <w:rFonts w:ascii="Arial" w:hAnsi="Arial" w:cs="Arial"/>
          <w:color w:val="000000" w:themeColor="text1"/>
          <w:lang w:val="ru-RU"/>
        </w:rPr>
      </w:pPr>
    </w:p>
    <w:p w14:paraId="6D25583B" w14:textId="4544C2C7" w:rsidR="00D07686" w:rsidRPr="00A262F0" w:rsidRDefault="00317DA8">
      <w:pPr>
        <w:pStyle w:val="Heading1"/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1. Минимальные системные требования</w:t>
      </w:r>
    </w:p>
    <w:p w14:paraId="344B2C81" w14:textId="35C35BD5" w:rsid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br/>
        <w:t>Для корректной работ</w:t>
      </w:r>
      <w:r w:rsidRPr="00A262F0">
        <w:rPr>
          <w:rFonts w:ascii="Arial" w:hAnsi="Arial" w:cs="Arial"/>
          <w:color w:val="000000" w:themeColor="text1"/>
          <w:lang w:val="ru-RU"/>
        </w:rPr>
        <w:t>ы симулятора необходимо, чтобы ваш компьютер соответствовал следующим минимальным требованиям: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- Операционная система: </w:t>
      </w:r>
      <w:r w:rsidRPr="00A262F0">
        <w:rPr>
          <w:rFonts w:ascii="Arial" w:hAnsi="Arial" w:cs="Arial"/>
          <w:color w:val="000000" w:themeColor="text1"/>
        </w:rPr>
        <w:t>Microsoft</w:t>
      </w:r>
      <w:r w:rsidRPr="00A262F0">
        <w:rPr>
          <w:rFonts w:ascii="Arial" w:hAnsi="Arial" w:cs="Arial"/>
          <w:color w:val="000000" w:themeColor="text1"/>
          <w:lang w:val="ru-RU"/>
        </w:rPr>
        <w:t xml:space="preserve"> </w:t>
      </w:r>
      <w:r w:rsidRPr="00A262F0">
        <w:rPr>
          <w:rFonts w:ascii="Arial" w:hAnsi="Arial" w:cs="Arial"/>
          <w:color w:val="000000" w:themeColor="text1"/>
        </w:rPr>
        <w:t>Windows</w:t>
      </w:r>
      <w:r w:rsidRPr="00A262F0">
        <w:rPr>
          <w:rFonts w:ascii="Arial" w:hAnsi="Arial" w:cs="Arial"/>
          <w:color w:val="000000" w:themeColor="text1"/>
          <w:lang w:val="ru-RU"/>
        </w:rPr>
        <w:t xml:space="preserve"> 10 или 11 (64-битные версии)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- Процессор: </w:t>
      </w:r>
      <w:r w:rsidRPr="00A262F0">
        <w:rPr>
          <w:rFonts w:ascii="Arial" w:hAnsi="Arial" w:cs="Arial"/>
          <w:color w:val="000000" w:themeColor="text1"/>
        </w:rPr>
        <w:t>Intel</w:t>
      </w:r>
      <w:r w:rsidRPr="00A262F0">
        <w:rPr>
          <w:rFonts w:ascii="Arial" w:hAnsi="Arial" w:cs="Arial"/>
          <w:color w:val="000000" w:themeColor="text1"/>
          <w:lang w:val="ru-RU"/>
        </w:rPr>
        <w:t xml:space="preserve"> </w:t>
      </w:r>
      <w:r w:rsidRPr="00A262F0">
        <w:rPr>
          <w:rFonts w:ascii="Arial" w:hAnsi="Arial" w:cs="Arial"/>
          <w:color w:val="000000" w:themeColor="text1"/>
        </w:rPr>
        <w:t>Core</w:t>
      </w:r>
      <w:r w:rsidRPr="00A262F0">
        <w:rPr>
          <w:rFonts w:ascii="Arial" w:hAnsi="Arial" w:cs="Arial"/>
          <w:color w:val="000000" w:themeColor="text1"/>
          <w:lang w:val="ru-RU"/>
        </w:rPr>
        <w:t xml:space="preserve"> </w:t>
      </w:r>
      <w:proofErr w:type="spellStart"/>
      <w:r w:rsidRPr="00A262F0">
        <w:rPr>
          <w:rFonts w:ascii="Arial" w:hAnsi="Arial" w:cs="Arial"/>
          <w:color w:val="000000" w:themeColor="text1"/>
        </w:rPr>
        <w:t>i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>5 или выше</w:t>
      </w:r>
      <w:r w:rsidRPr="00A262F0">
        <w:rPr>
          <w:rFonts w:ascii="Arial" w:hAnsi="Arial" w:cs="Arial"/>
          <w:color w:val="000000" w:themeColor="text1"/>
          <w:lang w:val="ru-RU"/>
        </w:rPr>
        <w:br/>
        <w:t>- Оперативная память: минимум 8 Гб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- Видеокарта: </w:t>
      </w:r>
      <w:r w:rsidRPr="00A262F0">
        <w:rPr>
          <w:rFonts w:ascii="Arial" w:hAnsi="Arial" w:cs="Arial"/>
          <w:color w:val="000000" w:themeColor="text1"/>
        </w:rPr>
        <w:t>Nvidi</w:t>
      </w:r>
      <w:r w:rsidRPr="00A262F0">
        <w:rPr>
          <w:rFonts w:ascii="Arial" w:hAnsi="Arial" w:cs="Arial"/>
          <w:color w:val="000000" w:themeColor="text1"/>
        </w:rPr>
        <w:t>a</w:t>
      </w:r>
      <w:r w:rsidRPr="00A262F0">
        <w:rPr>
          <w:rFonts w:ascii="Arial" w:hAnsi="Arial" w:cs="Arial"/>
          <w:color w:val="000000" w:themeColor="text1"/>
          <w:lang w:val="ru-RU"/>
        </w:rPr>
        <w:t xml:space="preserve"> </w:t>
      </w:r>
      <w:r w:rsidRPr="00A262F0">
        <w:rPr>
          <w:rFonts w:ascii="Arial" w:hAnsi="Arial" w:cs="Arial"/>
          <w:color w:val="000000" w:themeColor="text1"/>
        </w:rPr>
        <w:t>GTX</w:t>
      </w:r>
      <w:r w:rsidRPr="00A262F0">
        <w:rPr>
          <w:rFonts w:ascii="Arial" w:hAnsi="Arial" w:cs="Arial"/>
          <w:color w:val="000000" w:themeColor="text1"/>
          <w:lang w:val="ru-RU"/>
        </w:rPr>
        <w:t xml:space="preserve"> 1070 или выше</w:t>
      </w:r>
      <w:r w:rsidRPr="00A262F0">
        <w:rPr>
          <w:rFonts w:ascii="Arial" w:hAnsi="Arial" w:cs="Arial"/>
          <w:color w:val="000000" w:themeColor="text1"/>
          <w:lang w:val="ru-RU"/>
        </w:rPr>
        <w:br/>
        <w:t>- Свободное место на диске: 10 Гб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- Дополнительно: </w:t>
      </w:r>
      <w:r w:rsidRPr="00A262F0">
        <w:rPr>
          <w:rFonts w:ascii="Arial" w:hAnsi="Arial" w:cs="Arial"/>
          <w:color w:val="000000" w:themeColor="text1"/>
        </w:rPr>
        <w:t>USB</w:t>
      </w:r>
      <w:r w:rsidRPr="00A262F0">
        <w:rPr>
          <w:rFonts w:ascii="Arial" w:hAnsi="Arial" w:cs="Arial"/>
          <w:color w:val="000000" w:themeColor="text1"/>
          <w:lang w:val="ru-RU"/>
        </w:rPr>
        <w:t>-порт для подключения пульта управления</w:t>
      </w:r>
    </w:p>
    <w:p w14:paraId="72AFD677" w14:textId="77777777" w:rsidR="00A262F0" w:rsidRDefault="00A262F0">
      <w:pPr>
        <w:rPr>
          <w:rFonts w:ascii="Arial" w:hAnsi="Arial" w:cs="Arial"/>
          <w:color w:val="000000" w:themeColor="text1"/>
        </w:rPr>
      </w:pPr>
      <w:r w:rsidRPr="00A262F0">
        <w:rPr>
          <w:rFonts w:ascii="Arial" w:hAnsi="Arial" w:cs="Arial"/>
          <w:color w:val="000000" w:themeColor="text1"/>
          <w:lang w:val="ru-RU"/>
        </w:rPr>
        <w:t>Совместимые пульты управления: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- </w:t>
      </w:r>
      <w:proofErr w:type="spellStart"/>
      <w:r w:rsidRPr="00A262F0">
        <w:rPr>
          <w:rFonts w:ascii="Arial" w:hAnsi="Arial" w:cs="Arial"/>
          <w:color w:val="000000" w:themeColor="text1"/>
        </w:rPr>
        <w:t>FrSky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 </w:t>
      </w:r>
      <w:r w:rsidRPr="00A262F0">
        <w:rPr>
          <w:rFonts w:ascii="Arial" w:hAnsi="Arial" w:cs="Arial"/>
          <w:color w:val="000000" w:themeColor="text1"/>
        </w:rPr>
        <w:t>Taranis</w:t>
      </w:r>
      <w:r w:rsidRPr="00A262F0">
        <w:rPr>
          <w:rFonts w:ascii="Arial" w:hAnsi="Arial" w:cs="Arial"/>
          <w:color w:val="000000" w:themeColor="text1"/>
          <w:lang w:val="ru-RU"/>
        </w:rPr>
        <w:t xml:space="preserve"> </w:t>
      </w:r>
      <w:r w:rsidRPr="00A262F0">
        <w:rPr>
          <w:rFonts w:ascii="Arial" w:hAnsi="Arial" w:cs="Arial"/>
          <w:color w:val="000000" w:themeColor="text1"/>
        </w:rPr>
        <w:t>Q</w:t>
      </w:r>
      <w:r w:rsidRPr="00A262F0">
        <w:rPr>
          <w:rFonts w:ascii="Arial" w:hAnsi="Arial" w:cs="Arial"/>
          <w:color w:val="000000" w:themeColor="text1"/>
          <w:lang w:val="ru-RU"/>
        </w:rPr>
        <w:t xml:space="preserve"> </w:t>
      </w:r>
      <w:r w:rsidRPr="00A262F0">
        <w:rPr>
          <w:rFonts w:ascii="Arial" w:hAnsi="Arial" w:cs="Arial"/>
          <w:color w:val="000000" w:themeColor="text1"/>
        </w:rPr>
        <w:t>X</w:t>
      </w:r>
      <w:r w:rsidRPr="00A262F0">
        <w:rPr>
          <w:rFonts w:ascii="Arial" w:hAnsi="Arial" w:cs="Arial"/>
          <w:color w:val="000000" w:themeColor="text1"/>
          <w:lang w:val="ru-RU"/>
        </w:rPr>
        <w:t>7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- </w:t>
      </w:r>
      <w:r w:rsidRPr="00A262F0">
        <w:rPr>
          <w:rFonts w:ascii="Arial" w:hAnsi="Arial" w:cs="Arial"/>
          <w:color w:val="000000" w:themeColor="text1"/>
        </w:rPr>
        <w:t>BETAFPV</w:t>
      </w:r>
      <w:r w:rsidRPr="00A262F0">
        <w:rPr>
          <w:rFonts w:ascii="Arial" w:hAnsi="Arial" w:cs="Arial"/>
          <w:color w:val="000000" w:themeColor="text1"/>
          <w:lang w:val="ru-RU"/>
        </w:rPr>
        <w:t xml:space="preserve"> </w:t>
      </w:r>
      <w:proofErr w:type="spellStart"/>
      <w:r w:rsidRPr="00A262F0">
        <w:rPr>
          <w:rFonts w:ascii="Arial" w:hAnsi="Arial" w:cs="Arial"/>
          <w:color w:val="000000" w:themeColor="text1"/>
        </w:rPr>
        <w:t>LiteRadio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 2 </w:t>
      </w:r>
      <w:r w:rsidRPr="00A262F0">
        <w:rPr>
          <w:rFonts w:ascii="Arial" w:hAnsi="Arial" w:cs="Arial"/>
          <w:color w:val="000000" w:themeColor="text1"/>
        </w:rPr>
        <w:t>SE</w:t>
      </w:r>
    </w:p>
    <w:p w14:paraId="0DCE342A" w14:textId="77777777" w:rsidR="00A262F0" w:rsidRDefault="00A262F0">
      <w:pPr>
        <w:rPr>
          <w:rFonts w:ascii="Arial" w:hAnsi="Arial" w:cs="Arial"/>
          <w:color w:val="000000" w:themeColor="text1"/>
        </w:rPr>
      </w:pPr>
    </w:p>
    <w:p w14:paraId="25355931" w14:textId="77777777" w:rsidR="000369E3" w:rsidRDefault="000369E3">
      <w:pPr>
        <w:rPr>
          <w:rFonts w:ascii="Arial" w:hAnsi="Arial" w:cs="Arial"/>
          <w:color w:val="000000" w:themeColor="text1"/>
          <w:lang w:val="ru-RU"/>
        </w:rPr>
      </w:pPr>
      <w:r>
        <w:rPr>
          <w:rFonts w:ascii="Arial" w:hAnsi="Arial" w:cs="Arial"/>
          <w:color w:val="000000" w:themeColor="text1"/>
          <w:lang w:val="ru-RU"/>
        </w:rPr>
        <w:br w:type="page"/>
      </w:r>
    </w:p>
    <w:p w14:paraId="4CB6BEDA" w14:textId="76BBFF12" w:rsidR="00D07686" w:rsidRPr="00A262F0" w:rsidRDefault="00A262F0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lastRenderedPageBreak/>
        <w:br/>
      </w:r>
      <w:r w:rsidRPr="00A262F0">
        <w:rPr>
          <w:rFonts w:ascii="Arial" w:hAnsi="Arial" w:cs="Arial"/>
          <w:color w:val="000000" w:themeColor="text1"/>
          <w:lang w:val="ru-RU"/>
        </w:rPr>
        <w:br/>
      </w:r>
      <w:r w:rsidR="00317DA8" w:rsidRPr="00A262F0">
        <w:rPr>
          <w:rFonts w:ascii="Arial" w:hAnsi="Arial" w:cs="Arial"/>
          <w:color w:val="000000" w:themeColor="text1"/>
          <w:lang w:val="ru-RU"/>
        </w:rPr>
        <w:br/>
      </w:r>
    </w:p>
    <w:p w14:paraId="19C48EEF" w14:textId="77777777" w:rsidR="00D07686" w:rsidRPr="00A262F0" w:rsidRDefault="00317DA8">
      <w:pPr>
        <w:pStyle w:val="Heading1"/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2. Процесс установки</w:t>
      </w:r>
    </w:p>
    <w:p w14:paraId="24AC2338" w14:textId="54CB2B87" w:rsidR="000369E3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br/>
        <w:t>Для установки симулятора выполните следующие шаги:</w:t>
      </w:r>
      <w:r w:rsidRPr="00A262F0">
        <w:rPr>
          <w:rFonts w:ascii="Arial" w:hAnsi="Arial" w:cs="Arial"/>
          <w:color w:val="000000" w:themeColor="text1"/>
          <w:lang w:val="ru-RU"/>
        </w:rPr>
        <w:br/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1. Скачайте архив с симулятором с официального сайта </w:t>
      </w:r>
      <w:r w:rsidRPr="00A262F0">
        <w:rPr>
          <w:rFonts w:ascii="Arial" w:hAnsi="Arial" w:cs="Arial"/>
          <w:color w:val="000000" w:themeColor="text1"/>
        </w:rPr>
        <w:t>BR</w:t>
      </w:r>
      <w:r w:rsidRPr="00A262F0">
        <w:rPr>
          <w:rFonts w:ascii="Arial" w:hAnsi="Arial" w:cs="Arial"/>
          <w:color w:val="000000" w:themeColor="text1"/>
          <w:lang w:val="ru-RU"/>
        </w:rPr>
        <w:t xml:space="preserve"> </w:t>
      </w:r>
      <w:r w:rsidRPr="00A262F0">
        <w:rPr>
          <w:rFonts w:ascii="Arial" w:hAnsi="Arial" w:cs="Arial"/>
          <w:color w:val="000000" w:themeColor="text1"/>
        </w:rPr>
        <w:t>Lab</w:t>
      </w:r>
      <w:r w:rsidRPr="00A262F0">
        <w:rPr>
          <w:rFonts w:ascii="Arial" w:hAnsi="Arial" w:cs="Arial"/>
          <w:color w:val="000000" w:themeColor="text1"/>
          <w:lang w:val="ru-RU"/>
        </w:rPr>
        <w:t>.</w:t>
      </w:r>
      <w:r w:rsidRPr="00A262F0">
        <w:rPr>
          <w:rFonts w:ascii="Arial" w:hAnsi="Arial" w:cs="Arial"/>
          <w:color w:val="000000" w:themeColor="text1"/>
          <w:lang w:val="ru-RU"/>
        </w:rPr>
        <w:br/>
        <w:t>2. Рас</w:t>
      </w:r>
      <w:r w:rsidRPr="00A262F0">
        <w:rPr>
          <w:rFonts w:ascii="Arial" w:hAnsi="Arial" w:cs="Arial"/>
          <w:color w:val="000000" w:themeColor="text1"/>
          <w:lang w:val="ru-RU"/>
        </w:rPr>
        <w:t>пакуйте архив в удобную для вас папку.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3. Подключите пульт управления к компьютеру через </w:t>
      </w:r>
      <w:r w:rsidRPr="00A262F0">
        <w:rPr>
          <w:rFonts w:ascii="Arial" w:hAnsi="Arial" w:cs="Arial"/>
          <w:color w:val="000000" w:themeColor="text1"/>
        </w:rPr>
        <w:t>USB</w:t>
      </w:r>
      <w:r w:rsidRPr="00A262F0">
        <w:rPr>
          <w:rFonts w:ascii="Arial" w:hAnsi="Arial" w:cs="Arial"/>
          <w:color w:val="000000" w:themeColor="text1"/>
          <w:lang w:val="ru-RU"/>
        </w:rPr>
        <w:t>-порт.</w:t>
      </w:r>
      <w:r w:rsidRPr="00A262F0">
        <w:rPr>
          <w:rFonts w:ascii="Arial" w:hAnsi="Arial" w:cs="Arial"/>
          <w:color w:val="000000" w:themeColor="text1"/>
          <w:lang w:val="ru-RU"/>
        </w:rPr>
        <w:br/>
        <w:t>4. Дождитесь автоматической установки драйверов для пульта. При необходимости перезагрузите компьютер.</w:t>
      </w:r>
      <w:r w:rsidRPr="00A262F0">
        <w:rPr>
          <w:rFonts w:ascii="Arial" w:hAnsi="Arial" w:cs="Arial"/>
          <w:color w:val="000000" w:themeColor="text1"/>
          <w:lang w:val="ru-RU"/>
        </w:rPr>
        <w:br/>
        <w:t>5. Откройте папку с распакованными файлами и запустите</w:t>
      </w:r>
      <w:r w:rsidRPr="00A262F0">
        <w:rPr>
          <w:rFonts w:ascii="Arial" w:hAnsi="Arial" w:cs="Arial"/>
          <w:color w:val="000000" w:themeColor="text1"/>
          <w:lang w:val="ru-RU"/>
        </w:rPr>
        <w:t xml:space="preserve"> установочный файл (.</w:t>
      </w:r>
      <w:r w:rsidRPr="00A262F0">
        <w:rPr>
          <w:rFonts w:ascii="Arial" w:hAnsi="Arial" w:cs="Arial"/>
          <w:color w:val="000000" w:themeColor="text1"/>
        </w:rPr>
        <w:t>exe</w:t>
      </w:r>
      <w:r w:rsidRPr="00A262F0">
        <w:rPr>
          <w:rFonts w:ascii="Arial" w:hAnsi="Arial" w:cs="Arial"/>
          <w:color w:val="000000" w:themeColor="text1"/>
          <w:lang w:val="ru-RU"/>
        </w:rPr>
        <w:t>).</w:t>
      </w:r>
      <w:r w:rsidRPr="00A262F0">
        <w:rPr>
          <w:rFonts w:ascii="Arial" w:hAnsi="Arial" w:cs="Arial"/>
          <w:color w:val="000000" w:themeColor="text1"/>
          <w:lang w:val="ru-RU"/>
        </w:rPr>
        <w:br/>
        <w:t>6. Следуйте инструкциям на экране для завершения установки.</w:t>
      </w:r>
      <w:r w:rsidRPr="00A262F0">
        <w:rPr>
          <w:rFonts w:ascii="Arial" w:hAnsi="Arial" w:cs="Arial"/>
          <w:color w:val="000000" w:themeColor="text1"/>
          <w:lang w:val="ru-RU"/>
        </w:rPr>
        <w:br/>
      </w:r>
    </w:p>
    <w:p w14:paraId="1151C412" w14:textId="77777777" w:rsidR="000369E3" w:rsidRDefault="000369E3">
      <w:pPr>
        <w:rPr>
          <w:rFonts w:ascii="Arial" w:hAnsi="Arial" w:cs="Arial"/>
          <w:color w:val="000000" w:themeColor="text1"/>
          <w:lang w:val="ru-RU"/>
        </w:rPr>
      </w:pPr>
      <w:r>
        <w:rPr>
          <w:rFonts w:ascii="Arial" w:hAnsi="Arial" w:cs="Arial"/>
          <w:color w:val="000000" w:themeColor="text1"/>
          <w:lang w:val="ru-RU"/>
        </w:rPr>
        <w:br w:type="page"/>
      </w:r>
    </w:p>
    <w:p w14:paraId="6C6E0BE4" w14:textId="77777777" w:rsidR="00D07686" w:rsidRPr="00A262F0" w:rsidRDefault="00D07686">
      <w:pPr>
        <w:rPr>
          <w:rFonts w:ascii="Arial" w:hAnsi="Arial" w:cs="Arial"/>
          <w:color w:val="000000" w:themeColor="text1"/>
          <w:lang w:val="ru-RU"/>
        </w:rPr>
      </w:pPr>
    </w:p>
    <w:p w14:paraId="7ACFDE40" w14:textId="77777777" w:rsidR="00D07686" w:rsidRPr="00A262F0" w:rsidRDefault="00317DA8">
      <w:pPr>
        <w:pStyle w:val="Heading1"/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3. Настройка пульта управления</w:t>
      </w:r>
    </w:p>
    <w:p w14:paraId="6BCFFBB3" w14:textId="77777777" w:rsidR="000369E3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br/>
        <w:t xml:space="preserve">1. Подключите пульт управления к компьютеру через </w:t>
      </w:r>
      <w:r w:rsidRPr="00A262F0">
        <w:rPr>
          <w:rFonts w:ascii="Arial" w:hAnsi="Arial" w:cs="Arial"/>
          <w:color w:val="000000" w:themeColor="text1"/>
        </w:rPr>
        <w:t>USB</w:t>
      </w:r>
      <w:r w:rsidRPr="00A262F0">
        <w:rPr>
          <w:rFonts w:ascii="Arial" w:hAnsi="Arial" w:cs="Arial"/>
          <w:color w:val="000000" w:themeColor="text1"/>
          <w:lang w:val="ru-RU"/>
        </w:rPr>
        <w:t>-кабель.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2. Запустите симулятор </w:t>
      </w:r>
      <w:proofErr w:type="spellStart"/>
      <w:r w:rsidRPr="00A262F0">
        <w:rPr>
          <w:rFonts w:ascii="Arial" w:hAnsi="Arial" w:cs="Arial"/>
          <w:color w:val="000000" w:themeColor="text1"/>
        </w:rPr>
        <w:t>BRlab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>.</w:t>
      </w:r>
      <w:r w:rsidRPr="00A262F0">
        <w:rPr>
          <w:rFonts w:ascii="Arial" w:hAnsi="Arial" w:cs="Arial"/>
          <w:color w:val="000000" w:themeColor="text1"/>
          <w:lang w:val="ru-RU"/>
        </w:rPr>
        <w:br/>
        <w:t>3. В меню настроек выберите "Настройки пульт</w:t>
      </w:r>
      <w:r w:rsidRPr="00A262F0">
        <w:rPr>
          <w:rFonts w:ascii="Arial" w:hAnsi="Arial" w:cs="Arial"/>
          <w:color w:val="000000" w:themeColor="text1"/>
          <w:lang w:val="ru-RU"/>
        </w:rPr>
        <w:t>а управления".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4. Назначьте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стики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 и каналы на пульте в соответствии с вашей моделью пульта: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    - Левый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, движение вверх-вниз — канал </w:t>
      </w:r>
      <w:r w:rsidRPr="00A262F0">
        <w:rPr>
          <w:rFonts w:ascii="Arial" w:hAnsi="Arial" w:cs="Arial"/>
          <w:color w:val="000000" w:themeColor="text1"/>
        </w:rPr>
        <w:t>Throttle</w:t>
      </w:r>
      <w:r w:rsidRPr="00A262F0">
        <w:rPr>
          <w:rFonts w:ascii="Arial" w:hAnsi="Arial" w:cs="Arial"/>
          <w:color w:val="000000" w:themeColor="text1"/>
          <w:lang w:val="ru-RU"/>
        </w:rPr>
        <w:t>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    - Левый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, движение вправо-влево — канал </w:t>
      </w:r>
      <w:r w:rsidRPr="00A262F0">
        <w:rPr>
          <w:rFonts w:ascii="Arial" w:hAnsi="Arial" w:cs="Arial"/>
          <w:color w:val="000000" w:themeColor="text1"/>
        </w:rPr>
        <w:t>Yaw</w:t>
      </w:r>
      <w:r w:rsidRPr="00A262F0">
        <w:rPr>
          <w:rFonts w:ascii="Arial" w:hAnsi="Arial" w:cs="Arial"/>
          <w:color w:val="000000" w:themeColor="text1"/>
          <w:lang w:val="ru-RU"/>
        </w:rPr>
        <w:t>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    - Правый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, движение вправо-влево — канал </w:t>
      </w:r>
      <w:r w:rsidRPr="00A262F0">
        <w:rPr>
          <w:rFonts w:ascii="Arial" w:hAnsi="Arial" w:cs="Arial"/>
          <w:color w:val="000000" w:themeColor="text1"/>
        </w:rPr>
        <w:t>Roll</w:t>
      </w:r>
      <w:r w:rsidRPr="00A262F0">
        <w:rPr>
          <w:rFonts w:ascii="Arial" w:hAnsi="Arial" w:cs="Arial"/>
          <w:color w:val="000000" w:themeColor="text1"/>
          <w:lang w:val="ru-RU"/>
        </w:rPr>
        <w:t>.</w:t>
      </w:r>
      <w:r w:rsidRPr="00A262F0">
        <w:rPr>
          <w:rFonts w:ascii="Arial" w:hAnsi="Arial" w:cs="Arial"/>
          <w:color w:val="000000" w:themeColor="text1"/>
          <w:lang w:val="ru-RU"/>
        </w:rPr>
        <w:br/>
      </w:r>
      <w:r w:rsidRPr="00A262F0">
        <w:rPr>
          <w:rFonts w:ascii="Arial" w:hAnsi="Arial" w:cs="Arial"/>
          <w:color w:val="000000" w:themeColor="text1"/>
          <w:lang w:val="ru-RU"/>
        </w:rPr>
        <w:t xml:space="preserve">    - Правый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, движение вверх-вниз — канал </w:t>
      </w:r>
      <w:r w:rsidRPr="00A262F0">
        <w:rPr>
          <w:rFonts w:ascii="Arial" w:hAnsi="Arial" w:cs="Arial"/>
          <w:color w:val="000000" w:themeColor="text1"/>
        </w:rPr>
        <w:t>Pitch</w:t>
      </w:r>
      <w:r w:rsidRPr="00A262F0">
        <w:rPr>
          <w:rFonts w:ascii="Arial" w:hAnsi="Arial" w:cs="Arial"/>
          <w:color w:val="000000" w:themeColor="text1"/>
          <w:lang w:val="ru-RU"/>
        </w:rPr>
        <w:t>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    - Тумблер </w:t>
      </w:r>
      <w:r w:rsidRPr="00A262F0">
        <w:rPr>
          <w:rFonts w:ascii="Arial" w:hAnsi="Arial" w:cs="Arial"/>
          <w:color w:val="000000" w:themeColor="text1"/>
        </w:rPr>
        <w:t>SF</w:t>
      </w:r>
      <w:r w:rsidRPr="00A262F0">
        <w:rPr>
          <w:rFonts w:ascii="Arial" w:hAnsi="Arial" w:cs="Arial"/>
          <w:color w:val="000000" w:themeColor="text1"/>
          <w:lang w:val="ru-RU"/>
        </w:rPr>
        <w:t xml:space="preserve"> — включение/выключение моторов (</w:t>
      </w:r>
      <w:r w:rsidRPr="00A262F0">
        <w:rPr>
          <w:rFonts w:ascii="Arial" w:hAnsi="Arial" w:cs="Arial"/>
          <w:color w:val="000000" w:themeColor="text1"/>
        </w:rPr>
        <w:t>AUX</w:t>
      </w:r>
      <w:r w:rsidRPr="00A262F0">
        <w:rPr>
          <w:rFonts w:ascii="Arial" w:hAnsi="Arial" w:cs="Arial"/>
          <w:color w:val="000000" w:themeColor="text1"/>
          <w:lang w:val="ru-RU"/>
        </w:rPr>
        <w:t>1).</w:t>
      </w:r>
      <w:r w:rsidRPr="00A262F0">
        <w:rPr>
          <w:rFonts w:ascii="Arial" w:hAnsi="Arial" w:cs="Arial"/>
          <w:color w:val="000000" w:themeColor="text1"/>
          <w:lang w:val="ru-RU"/>
        </w:rPr>
        <w:br/>
        <w:t>5. Сохраните настройки и протестируйте работу пульта.</w:t>
      </w:r>
    </w:p>
    <w:p w14:paraId="585DCFE8" w14:textId="5A3D5AAE" w:rsidR="000369E3" w:rsidRDefault="000369E3">
      <w:pPr>
        <w:rPr>
          <w:rFonts w:ascii="Arial" w:hAnsi="Arial" w:cs="Arial"/>
          <w:color w:val="000000" w:themeColor="text1"/>
          <w:lang w:val="ru-RU"/>
        </w:rPr>
      </w:pPr>
      <w:r>
        <w:rPr>
          <w:rFonts w:ascii="Arial" w:hAnsi="Arial" w:cs="Arial"/>
          <w:noProof/>
          <w:color w:val="000000" w:themeColor="text1"/>
          <w:lang w:val="ru-RU"/>
        </w:rPr>
        <w:drawing>
          <wp:inline distT="0" distB="0" distL="0" distR="0" wp14:anchorId="7ECCA32B" wp14:editId="4E412016">
            <wp:extent cx="2510444" cy="1828497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5229" cy="18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lang w:val="ru-RU"/>
        </w:rPr>
        <w:drawing>
          <wp:inline distT="0" distB="0" distL="0" distR="0" wp14:anchorId="5D7BE0CA" wp14:editId="5112D1B9">
            <wp:extent cx="2948393" cy="2103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1487" cy="212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81AB" w14:textId="77777777" w:rsidR="000369E3" w:rsidRDefault="000369E3">
      <w:pPr>
        <w:rPr>
          <w:rFonts w:ascii="Arial" w:hAnsi="Arial" w:cs="Arial"/>
          <w:color w:val="000000" w:themeColor="text1"/>
          <w:lang w:val="ru-RU"/>
        </w:rPr>
      </w:pPr>
    </w:p>
    <w:p w14:paraId="3CD13C77" w14:textId="77777777" w:rsidR="000369E3" w:rsidRDefault="000369E3">
      <w:pPr>
        <w:rPr>
          <w:rFonts w:ascii="Arial" w:hAnsi="Arial" w:cs="Arial"/>
          <w:color w:val="000000" w:themeColor="text1"/>
          <w:lang w:val="ru-RU"/>
        </w:rPr>
      </w:pPr>
      <w:r>
        <w:rPr>
          <w:rFonts w:ascii="Arial" w:hAnsi="Arial" w:cs="Arial"/>
          <w:color w:val="000000" w:themeColor="text1"/>
          <w:lang w:val="ru-RU"/>
        </w:rPr>
        <w:br w:type="page"/>
      </w:r>
    </w:p>
    <w:p w14:paraId="138E4553" w14:textId="072D544E" w:rsidR="00D07686" w:rsidRDefault="00D07686">
      <w:pPr>
        <w:rPr>
          <w:rFonts w:ascii="Arial" w:hAnsi="Arial" w:cs="Arial"/>
          <w:color w:val="000000" w:themeColor="text1"/>
          <w:lang w:val="ru-RU"/>
        </w:rPr>
      </w:pPr>
    </w:p>
    <w:p w14:paraId="7107EDA7" w14:textId="58351E25" w:rsidR="009A6C70" w:rsidRDefault="009A6C70">
      <w:pPr>
        <w:rPr>
          <w:rFonts w:ascii="Arial" w:hAnsi="Arial" w:cs="Arial"/>
          <w:color w:val="000000" w:themeColor="text1"/>
          <w:lang w:val="ru-RU"/>
        </w:rPr>
      </w:pPr>
    </w:p>
    <w:p w14:paraId="47790B29" w14:textId="359EDF31" w:rsidR="009A6C70" w:rsidRPr="009A6C70" w:rsidRDefault="009A6C70" w:rsidP="009A6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</w:pPr>
      <w:r w:rsidRPr="009A6C70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fldChar w:fldCharType="begin"/>
      </w:r>
      <w:r w:rsidRPr="009A6C70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instrText xml:space="preserve"> INCLUDEPICTURE "https://brlab.ru/upload/iblock/765/xx9kb2cyyhp6nae1bnlsi85l2u8njfo6.jpg" \* MERGEFORMATINET </w:instrText>
      </w:r>
      <w:r w:rsidRPr="009A6C70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fldChar w:fldCharType="separate"/>
      </w:r>
      <w:r w:rsidRPr="009A6C70">
        <w:rPr>
          <w:rFonts w:ascii="Times New Roman" w:eastAsia="Times New Roman" w:hAnsi="Times New Roman" w:cs="Times New Roman"/>
          <w:noProof/>
          <w:sz w:val="24"/>
          <w:szCs w:val="24"/>
          <w:lang w:val="en-RU" w:eastAsia="en-GB"/>
        </w:rPr>
        <w:drawing>
          <wp:inline distT="0" distB="0" distL="0" distR="0" wp14:anchorId="7F10EDA0" wp14:editId="183B4A52">
            <wp:extent cx="5486400" cy="30854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C70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fldChar w:fldCharType="end"/>
      </w:r>
    </w:p>
    <w:p w14:paraId="08D262A9" w14:textId="77777777" w:rsidR="009A6C70" w:rsidRPr="00A262F0" w:rsidRDefault="009A6C70">
      <w:pPr>
        <w:rPr>
          <w:rFonts w:ascii="Arial" w:hAnsi="Arial" w:cs="Arial"/>
          <w:color w:val="000000" w:themeColor="text1"/>
          <w:lang w:val="ru-RU"/>
        </w:rPr>
      </w:pPr>
    </w:p>
    <w:p w14:paraId="54062F3B" w14:textId="77777777" w:rsidR="00D07686" w:rsidRPr="00A262F0" w:rsidRDefault="00317DA8">
      <w:pPr>
        <w:pStyle w:val="Heading1"/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4. Процесс запуска симулятора</w:t>
      </w:r>
    </w:p>
    <w:p w14:paraId="0C4EDF7A" w14:textId="58EA1576" w:rsidR="00D07686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br/>
        <w:t xml:space="preserve">1. Запустите файл симулятора </w:t>
      </w:r>
      <w:proofErr w:type="spellStart"/>
      <w:r w:rsidRPr="00A262F0">
        <w:rPr>
          <w:rFonts w:ascii="Arial" w:hAnsi="Arial" w:cs="Arial"/>
          <w:color w:val="000000" w:themeColor="text1"/>
        </w:rPr>
        <w:t>BRlab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 (</w:t>
      </w:r>
      <w:r w:rsidR="000369E3">
        <w:rPr>
          <w:rFonts w:ascii="Arial" w:hAnsi="Arial" w:cs="Arial"/>
          <w:color w:val="000000" w:themeColor="text1"/>
          <w:lang w:val="ru-RU"/>
        </w:rPr>
        <w:t xml:space="preserve">файл расширения </w:t>
      </w:r>
      <w:r w:rsidRPr="00A262F0">
        <w:rPr>
          <w:rFonts w:ascii="Arial" w:hAnsi="Arial" w:cs="Arial"/>
          <w:color w:val="000000" w:themeColor="text1"/>
          <w:lang w:val="ru-RU"/>
        </w:rPr>
        <w:t>.</w:t>
      </w:r>
      <w:r w:rsidRPr="00A262F0">
        <w:rPr>
          <w:rFonts w:ascii="Arial" w:hAnsi="Arial" w:cs="Arial"/>
          <w:color w:val="000000" w:themeColor="text1"/>
        </w:rPr>
        <w:t>exe</w:t>
      </w:r>
      <w:r w:rsidRPr="00A262F0">
        <w:rPr>
          <w:rFonts w:ascii="Arial" w:hAnsi="Arial" w:cs="Arial"/>
          <w:color w:val="000000" w:themeColor="text1"/>
          <w:lang w:val="ru-RU"/>
        </w:rPr>
        <w:t>).</w:t>
      </w:r>
      <w:r w:rsidRPr="00A262F0">
        <w:rPr>
          <w:rFonts w:ascii="Arial" w:hAnsi="Arial" w:cs="Arial"/>
          <w:color w:val="000000" w:themeColor="text1"/>
          <w:lang w:val="ru-RU"/>
        </w:rPr>
        <w:br/>
      </w:r>
      <w:r w:rsidR="000369E3">
        <w:rPr>
          <w:rFonts w:ascii="Arial" w:hAnsi="Arial" w:cs="Arial"/>
          <w:color w:val="000000" w:themeColor="text1"/>
          <w:lang w:val="ru-RU"/>
        </w:rPr>
        <w:t>2</w:t>
      </w:r>
      <w:r w:rsidRPr="00A262F0">
        <w:rPr>
          <w:rFonts w:ascii="Arial" w:hAnsi="Arial" w:cs="Arial"/>
          <w:color w:val="000000" w:themeColor="text1"/>
          <w:lang w:val="ru-RU"/>
        </w:rPr>
        <w:t>. Выберите режим: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    - Тренировочный режим: отработка базовых навыков пилотирования.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    - Соревновательный режим: полёт по трассам с препятствиями.</w:t>
      </w:r>
      <w:r w:rsidRPr="00A262F0">
        <w:rPr>
          <w:rFonts w:ascii="Arial" w:hAnsi="Arial" w:cs="Arial"/>
          <w:color w:val="000000" w:themeColor="text1"/>
          <w:lang w:val="ru-RU"/>
        </w:rPr>
        <w:br/>
      </w:r>
      <w:r w:rsidR="000369E3">
        <w:rPr>
          <w:rFonts w:ascii="Arial" w:hAnsi="Arial" w:cs="Arial"/>
          <w:color w:val="000000" w:themeColor="text1"/>
          <w:lang w:val="ru-RU"/>
        </w:rPr>
        <w:t>3</w:t>
      </w:r>
      <w:r w:rsidRPr="00A262F0">
        <w:rPr>
          <w:rFonts w:ascii="Arial" w:hAnsi="Arial" w:cs="Arial"/>
          <w:color w:val="000000" w:themeColor="text1"/>
          <w:lang w:val="ru-RU"/>
        </w:rPr>
        <w:t>. Выберите трассу и дождитесь её загрузки.</w:t>
      </w:r>
      <w:r w:rsidRPr="00A262F0">
        <w:rPr>
          <w:rFonts w:ascii="Arial" w:hAnsi="Arial" w:cs="Arial"/>
          <w:color w:val="000000" w:themeColor="text1"/>
          <w:lang w:val="ru-RU"/>
        </w:rPr>
        <w:br/>
      </w:r>
    </w:p>
    <w:p w14:paraId="2746334D" w14:textId="4B2AC5DF" w:rsidR="009A6C70" w:rsidRDefault="009A6C70">
      <w:pPr>
        <w:rPr>
          <w:rFonts w:ascii="Arial" w:hAnsi="Arial" w:cs="Arial"/>
          <w:color w:val="000000" w:themeColor="text1"/>
          <w:lang w:val="ru-RU"/>
        </w:rPr>
      </w:pPr>
      <w:r>
        <w:rPr>
          <w:rFonts w:ascii="Arial" w:hAnsi="Arial" w:cs="Arial"/>
          <w:color w:val="000000" w:themeColor="text1"/>
          <w:lang w:val="ru-RU"/>
        </w:rPr>
        <w:br w:type="page"/>
      </w:r>
    </w:p>
    <w:p w14:paraId="42F5DEFE" w14:textId="77777777" w:rsidR="009A6C70" w:rsidRPr="00A262F0" w:rsidRDefault="009A6C70">
      <w:pPr>
        <w:rPr>
          <w:rFonts w:ascii="Arial" w:hAnsi="Arial" w:cs="Arial"/>
          <w:color w:val="000000" w:themeColor="text1"/>
          <w:lang w:val="ru-RU"/>
        </w:rPr>
      </w:pPr>
    </w:p>
    <w:p w14:paraId="48DFF428" w14:textId="77777777" w:rsidR="00D07686" w:rsidRPr="00A262F0" w:rsidRDefault="00317DA8">
      <w:pPr>
        <w:pStyle w:val="Heading1"/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 xml:space="preserve">5. Определение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стиков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 (органов</w:t>
      </w:r>
      <w:r w:rsidRPr="00A262F0">
        <w:rPr>
          <w:rFonts w:ascii="Arial" w:hAnsi="Arial" w:cs="Arial"/>
          <w:color w:val="000000" w:themeColor="text1"/>
          <w:lang w:val="ru-RU"/>
        </w:rPr>
        <w:t xml:space="preserve"> управления пульта)</w:t>
      </w:r>
    </w:p>
    <w:p w14:paraId="181F8F32" w14:textId="34DBDCD8" w:rsidR="004F70B3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br/>
        <w:t xml:space="preserve">- Левый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</w:t>
      </w:r>
      <w:proofErr w:type="spellEnd"/>
      <w:r w:rsidR="004F70B3" w:rsidRPr="004F70B3">
        <w:rPr>
          <w:rFonts w:ascii="Arial" w:hAnsi="Arial" w:cs="Arial"/>
          <w:color w:val="000000" w:themeColor="text1"/>
          <w:lang w:val="ru-RU"/>
        </w:rPr>
        <w:t xml:space="preserve"> </w:t>
      </w:r>
      <w:r w:rsidR="004F70B3">
        <w:rPr>
          <w:rFonts w:ascii="Arial" w:hAnsi="Arial" w:cs="Arial"/>
          <w:color w:val="000000" w:themeColor="text1"/>
        </w:rPr>
        <w:t>J</w:t>
      </w:r>
      <w:r w:rsidR="004F70B3" w:rsidRPr="004F70B3">
        <w:rPr>
          <w:rFonts w:ascii="Arial" w:hAnsi="Arial" w:cs="Arial"/>
          <w:color w:val="000000" w:themeColor="text1"/>
          <w:lang w:val="ru-RU"/>
        </w:rPr>
        <w:t>4</w:t>
      </w:r>
      <w:r w:rsidRPr="00A262F0">
        <w:rPr>
          <w:rFonts w:ascii="Arial" w:hAnsi="Arial" w:cs="Arial"/>
          <w:color w:val="000000" w:themeColor="text1"/>
          <w:lang w:val="ru-RU"/>
        </w:rPr>
        <w:t xml:space="preserve">, движение вверх-вниз — канал </w:t>
      </w:r>
      <w:r w:rsidRPr="00A262F0">
        <w:rPr>
          <w:rFonts w:ascii="Arial" w:hAnsi="Arial" w:cs="Arial"/>
          <w:color w:val="000000" w:themeColor="text1"/>
        </w:rPr>
        <w:t>Throttle</w:t>
      </w:r>
      <w:r w:rsidRPr="00A262F0">
        <w:rPr>
          <w:rFonts w:ascii="Arial" w:hAnsi="Arial" w:cs="Arial"/>
          <w:color w:val="000000" w:themeColor="text1"/>
          <w:lang w:val="ru-RU"/>
        </w:rPr>
        <w:t xml:space="preserve"> (управление тягой).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- Левый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</w:t>
      </w:r>
      <w:proofErr w:type="spellEnd"/>
      <w:r w:rsidR="004F70B3" w:rsidRPr="004F70B3">
        <w:rPr>
          <w:rFonts w:ascii="Arial" w:hAnsi="Arial" w:cs="Arial"/>
          <w:color w:val="000000" w:themeColor="text1"/>
          <w:lang w:val="ru-RU"/>
        </w:rPr>
        <w:t xml:space="preserve"> </w:t>
      </w:r>
      <w:r w:rsidR="004F70B3">
        <w:rPr>
          <w:rFonts w:ascii="Arial" w:hAnsi="Arial" w:cs="Arial"/>
          <w:color w:val="000000" w:themeColor="text1"/>
        </w:rPr>
        <w:t>J</w:t>
      </w:r>
      <w:r w:rsidR="004F70B3" w:rsidRPr="004F70B3">
        <w:rPr>
          <w:rFonts w:ascii="Arial" w:hAnsi="Arial" w:cs="Arial"/>
          <w:color w:val="000000" w:themeColor="text1"/>
          <w:lang w:val="ru-RU"/>
        </w:rPr>
        <w:t>3</w:t>
      </w:r>
      <w:r w:rsidRPr="00A262F0">
        <w:rPr>
          <w:rFonts w:ascii="Arial" w:hAnsi="Arial" w:cs="Arial"/>
          <w:color w:val="000000" w:themeColor="text1"/>
          <w:lang w:val="ru-RU"/>
        </w:rPr>
        <w:t xml:space="preserve">, движение вправо-влево — канал </w:t>
      </w:r>
      <w:r w:rsidRPr="00A262F0">
        <w:rPr>
          <w:rFonts w:ascii="Arial" w:hAnsi="Arial" w:cs="Arial"/>
          <w:color w:val="000000" w:themeColor="text1"/>
        </w:rPr>
        <w:t>Yaw</w:t>
      </w:r>
      <w:r w:rsidRPr="00A262F0">
        <w:rPr>
          <w:rFonts w:ascii="Arial" w:hAnsi="Arial" w:cs="Arial"/>
          <w:color w:val="000000" w:themeColor="text1"/>
          <w:lang w:val="ru-RU"/>
        </w:rPr>
        <w:t xml:space="preserve"> (управление рысканьем).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- Правый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</w:t>
      </w:r>
      <w:proofErr w:type="spellEnd"/>
      <w:r w:rsidR="004F70B3" w:rsidRPr="004F70B3">
        <w:rPr>
          <w:rFonts w:ascii="Arial" w:hAnsi="Arial" w:cs="Arial"/>
          <w:color w:val="000000" w:themeColor="text1"/>
          <w:lang w:val="ru-RU"/>
        </w:rPr>
        <w:t xml:space="preserve"> </w:t>
      </w:r>
      <w:r w:rsidR="004F70B3">
        <w:rPr>
          <w:rFonts w:ascii="Arial" w:hAnsi="Arial" w:cs="Arial"/>
          <w:color w:val="000000" w:themeColor="text1"/>
        </w:rPr>
        <w:t>J</w:t>
      </w:r>
      <w:proofErr w:type="gramStart"/>
      <w:r w:rsidR="004F70B3" w:rsidRPr="004F70B3">
        <w:rPr>
          <w:rFonts w:ascii="Arial" w:hAnsi="Arial" w:cs="Arial"/>
          <w:color w:val="000000" w:themeColor="text1"/>
          <w:lang w:val="ru-RU"/>
        </w:rPr>
        <w:t xml:space="preserve">1 </w:t>
      </w:r>
      <w:r w:rsidRPr="00A262F0">
        <w:rPr>
          <w:rFonts w:ascii="Arial" w:hAnsi="Arial" w:cs="Arial"/>
          <w:color w:val="000000" w:themeColor="text1"/>
          <w:lang w:val="ru-RU"/>
        </w:rPr>
        <w:t>,</w:t>
      </w:r>
      <w:proofErr w:type="gramEnd"/>
      <w:r w:rsidRPr="00A262F0">
        <w:rPr>
          <w:rFonts w:ascii="Arial" w:hAnsi="Arial" w:cs="Arial"/>
          <w:color w:val="000000" w:themeColor="text1"/>
          <w:lang w:val="ru-RU"/>
        </w:rPr>
        <w:t xml:space="preserve"> движение вправо-влево — канал </w:t>
      </w:r>
      <w:r w:rsidRPr="00A262F0">
        <w:rPr>
          <w:rFonts w:ascii="Arial" w:hAnsi="Arial" w:cs="Arial"/>
          <w:color w:val="000000" w:themeColor="text1"/>
        </w:rPr>
        <w:t>Roll</w:t>
      </w:r>
      <w:r w:rsidRPr="00A262F0">
        <w:rPr>
          <w:rFonts w:ascii="Arial" w:hAnsi="Arial" w:cs="Arial"/>
          <w:color w:val="000000" w:themeColor="text1"/>
          <w:lang w:val="ru-RU"/>
        </w:rPr>
        <w:t xml:space="preserve"> (управление креном).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- Правый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</w:t>
      </w:r>
      <w:proofErr w:type="spellEnd"/>
      <w:r w:rsidR="004F70B3" w:rsidRPr="004F70B3">
        <w:rPr>
          <w:rFonts w:ascii="Arial" w:hAnsi="Arial" w:cs="Arial"/>
          <w:color w:val="000000" w:themeColor="text1"/>
          <w:lang w:val="ru-RU"/>
        </w:rPr>
        <w:t xml:space="preserve"> </w:t>
      </w:r>
      <w:r w:rsidR="004F70B3">
        <w:rPr>
          <w:rFonts w:ascii="Arial" w:hAnsi="Arial" w:cs="Arial"/>
          <w:color w:val="000000" w:themeColor="text1"/>
        </w:rPr>
        <w:t>J</w:t>
      </w:r>
      <w:r w:rsidR="004F70B3" w:rsidRPr="004F70B3">
        <w:rPr>
          <w:rFonts w:ascii="Arial" w:hAnsi="Arial" w:cs="Arial"/>
          <w:color w:val="000000" w:themeColor="text1"/>
          <w:lang w:val="ru-RU"/>
        </w:rPr>
        <w:t>2</w:t>
      </w:r>
      <w:r w:rsidRPr="00A262F0">
        <w:rPr>
          <w:rFonts w:ascii="Arial" w:hAnsi="Arial" w:cs="Arial"/>
          <w:color w:val="000000" w:themeColor="text1"/>
          <w:lang w:val="ru-RU"/>
        </w:rPr>
        <w:t>, движен</w:t>
      </w:r>
      <w:r w:rsidRPr="00A262F0">
        <w:rPr>
          <w:rFonts w:ascii="Arial" w:hAnsi="Arial" w:cs="Arial"/>
          <w:color w:val="000000" w:themeColor="text1"/>
          <w:lang w:val="ru-RU"/>
        </w:rPr>
        <w:t xml:space="preserve">ие вверх-вниз — канал </w:t>
      </w:r>
      <w:r w:rsidRPr="00A262F0">
        <w:rPr>
          <w:rFonts w:ascii="Arial" w:hAnsi="Arial" w:cs="Arial"/>
          <w:color w:val="000000" w:themeColor="text1"/>
        </w:rPr>
        <w:t>Pitch</w:t>
      </w:r>
      <w:r w:rsidRPr="00A262F0">
        <w:rPr>
          <w:rFonts w:ascii="Arial" w:hAnsi="Arial" w:cs="Arial"/>
          <w:color w:val="000000" w:themeColor="text1"/>
          <w:lang w:val="ru-RU"/>
        </w:rPr>
        <w:t xml:space="preserve"> (управление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тангажом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>).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- Тумблер </w:t>
      </w:r>
      <w:r w:rsidRPr="00A262F0">
        <w:rPr>
          <w:rFonts w:ascii="Arial" w:hAnsi="Arial" w:cs="Arial"/>
          <w:color w:val="000000" w:themeColor="text1"/>
        </w:rPr>
        <w:t>SF</w:t>
      </w:r>
      <w:r w:rsidRPr="00A262F0">
        <w:rPr>
          <w:rFonts w:ascii="Arial" w:hAnsi="Arial" w:cs="Arial"/>
          <w:color w:val="000000" w:themeColor="text1"/>
          <w:lang w:val="ru-RU"/>
        </w:rPr>
        <w:t xml:space="preserve"> включения моторов — </w:t>
      </w:r>
      <w:r w:rsidRPr="00A262F0">
        <w:rPr>
          <w:rFonts w:ascii="Arial" w:hAnsi="Arial" w:cs="Arial"/>
          <w:color w:val="000000" w:themeColor="text1"/>
        </w:rPr>
        <w:t>AUX</w:t>
      </w:r>
      <w:r w:rsidRPr="00A262F0">
        <w:rPr>
          <w:rFonts w:ascii="Arial" w:hAnsi="Arial" w:cs="Arial"/>
          <w:color w:val="000000" w:themeColor="text1"/>
          <w:lang w:val="ru-RU"/>
        </w:rPr>
        <w:t>1.</w:t>
      </w:r>
    </w:p>
    <w:p w14:paraId="62B90F9B" w14:textId="77777777" w:rsidR="004F70B3" w:rsidRDefault="004F70B3">
      <w:pPr>
        <w:rPr>
          <w:rFonts w:ascii="Arial" w:hAnsi="Arial" w:cs="Arial"/>
          <w:color w:val="000000" w:themeColor="text1"/>
          <w:lang w:val="ru-RU"/>
        </w:rPr>
      </w:pPr>
    </w:p>
    <w:p w14:paraId="74FC1E8F" w14:textId="7098966E" w:rsidR="009A6C70" w:rsidRDefault="004F70B3">
      <w:pPr>
        <w:rPr>
          <w:rFonts w:ascii="Arial" w:hAnsi="Arial" w:cs="Arial"/>
          <w:color w:val="000000" w:themeColor="text1"/>
          <w:lang w:val="ru-RU"/>
        </w:rPr>
      </w:pPr>
      <w:r>
        <w:rPr>
          <w:rFonts w:ascii="Arial" w:hAnsi="Arial" w:cs="Arial"/>
          <w:noProof/>
          <w:color w:val="000000" w:themeColor="text1"/>
          <w:lang w:val="ru-RU"/>
        </w:rPr>
        <w:drawing>
          <wp:inline distT="0" distB="0" distL="0" distR="0" wp14:anchorId="28CFF419" wp14:editId="73D45BBB">
            <wp:extent cx="5353397" cy="381863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6997" cy="387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DA8" w:rsidRPr="00A262F0">
        <w:rPr>
          <w:rFonts w:ascii="Arial" w:hAnsi="Arial" w:cs="Arial"/>
          <w:color w:val="000000" w:themeColor="text1"/>
          <w:lang w:val="ru-RU"/>
        </w:rPr>
        <w:br/>
      </w:r>
      <w:r w:rsidR="009A6C70">
        <w:rPr>
          <w:rFonts w:ascii="Arial" w:hAnsi="Arial" w:cs="Arial"/>
          <w:color w:val="000000" w:themeColor="text1"/>
          <w:lang w:val="ru-RU"/>
        </w:rPr>
        <w:br w:type="page"/>
      </w:r>
    </w:p>
    <w:p w14:paraId="44EFDDB3" w14:textId="583B72E4" w:rsidR="00D07686" w:rsidRDefault="00D07686">
      <w:pPr>
        <w:rPr>
          <w:rFonts w:ascii="Arial" w:hAnsi="Arial" w:cs="Arial"/>
          <w:color w:val="000000" w:themeColor="text1"/>
          <w:lang w:val="ru-RU"/>
        </w:rPr>
      </w:pPr>
    </w:p>
    <w:p w14:paraId="554B3CB9" w14:textId="22063EF7" w:rsidR="004F70B3" w:rsidRPr="004F70B3" w:rsidRDefault="004F70B3" w:rsidP="004F70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</w:pPr>
      <w:r w:rsidRPr="004F70B3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fldChar w:fldCharType="begin"/>
      </w:r>
      <w:r w:rsidRPr="004F70B3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instrText xml:space="preserve"> INCLUDEPICTURE "https://brlab.ru/upload/iblock/d96/wbyak6ctdt5kdojwh9u42rm2bnblqs1z.png" \* MERGEFORMATINET </w:instrText>
      </w:r>
      <w:r w:rsidRPr="004F70B3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fldChar w:fldCharType="separate"/>
      </w:r>
      <w:r w:rsidRPr="004F70B3">
        <w:rPr>
          <w:rFonts w:ascii="Times New Roman" w:eastAsia="Times New Roman" w:hAnsi="Times New Roman" w:cs="Times New Roman"/>
          <w:noProof/>
          <w:sz w:val="24"/>
          <w:szCs w:val="24"/>
          <w:lang w:val="en-RU" w:eastAsia="en-GB"/>
        </w:rPr>
        <w:drawing>
          <wp:inline distT="0" distB="0" distL="0" distR="0" wp14:anchorId="3B0BF88E" wp14:editId="78063AAF">
            <wp:extent cx="5486400" cy="30829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0B3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fldChar w:fldCharType="end"/>
      </w:r>
    </w:p>
    <w:p w14:paraId="7BB37243" w14:textId="77777777" w:rsidR="004F70B3" w:rsidRPr="00A262F0" w:rsidRDefault="004F70B3">
      <w:pPr>
        <w:rPr>
          <w:rFonts w:ascii="Arial" w:hAnsi="Arial" w:cs="Arial"/>
          <w:color w:val="000000" w:themeColor="text1"/>
          <w:lang w:val="ru-RU"/>
        </w:rPr>
      </w:pPr>
    </w:p>
    <w:p w14:paraId="57F57A92" w14:textId="77777777" w:rsidR="00D07686" w:rsidRPr="00A262F0" w:rsidRDefault="00317DA8">
      <w:pPr>
        <w:pStyle w:val="Heading1"/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t>6. Процесс полёта</w:t>
      </w:r>
    </w:p>
    <w:p w14:paraId="25C78B3A" w14:textId="2FEB285F" w:rsidR="00D07686" w:rsidRPr="00A262F0" w:rsidRDefault="00317DA8">
      <w:pPr>
        <w:rPr>
          <w:rFonts w:ascii="Arial" w:hAnsi="Arial" w:cs="Arial"/>
          <w:color w:val="000000" w:themeColor="text1"/>
          <w:lang w:val="ru-RU"/>
        </w:rPr>
      </w:pPr>
      <w:r w:rsidRPr="00A262F0">
        <w:rPr>
          <w:rFonts w:ascii="Arial" w:hAnsi="Arial" w:cs="Arial"/>
          <w:color w:val="000000" w:themeColor="text1"/>
          <w:lang w:val="ru-RU"/>
        </w:rPr>
        <w:br/>
        <w:t xml:space="preserve">1. Для запуска двигателей включите тумблер </w:t>
      </w:r>
      <w:r w:rsidRPr="00A262F0">
        <w:rPr>
          <w:rFonts w:ascii="Arial" w:hAnsi="Arial" w:cs="Arial"/>
          <w:color w:val="000000" w:themeColor="text1"/>
        </w:rPr>
        <w:t>SF</w:t>
      </w:r>
      <w:r w:rsidRPr="00A262F0">
        <w:rPr>
          <w:rFonts w:ascii="Arial" w:hAnsi="Arial" w:cs="Arial"/>
          <w:color w:val="000000" w:themeColor="text1"/>
          <w:lang w:val="ru-RU"/>
        </w:rPr>
        <w:t xml:space="preserve"> на пульте управления</w:t>
      </w:r>
      <w:r w:rsidR="00D83F46">
        <w:rPr>
          <w:rFonts w:ascii="Arial" w:hAnsi="Arial" w:cs="Arial"/>
          <w:color w:val="000000" w:themeColor="text1"/>
          <w:lang w:val="ru-RU"/>
        </w:rPr>
        <w:t xml:space="preserve">, появится надпись </w:t>
      </w:r>
      <w:r w:rsidR="00D83F46">
        <w:rPr>
          <w:rFonts w:ascii="Arial" w:hAnsi="Arial" w:cs="Arial"/>
          <w:color w:val="000000" w:themeColor="text1"/>
        </w:rPr>
        <w:t>ARMED</w:t>
      </w:r>
      <w:r w:rsidR="00D83F46" w:rsidRPr="00D83F46">
        <w:rPr>
          <w:rFonts w:ascii="Arial" w:hAnsi="Arial" w:cs="Arial"/>
          <w:color w:val="000000" w:themeColor="text1"/>
          <w:lang w:val="ru-RU"/>
        </w:rPr>
        <w:t xml:space="preserve"> (</w:t>
      </w:r>
      <w:r w:rsidR="00D83F46">
        <w:rPr>
          <w:rFonts w:ascii="Arial" w:hAnsi="Arial" w:cs="Arial"/>
          <w:color w:val="000000" w:themeColor="text1"/>
        </w:rPr>
        <w:t>ARM</w:t>
      </w:r>
      <w:r w:rsidR="00D83F46" w:rsidRPr="00D83F46">
        <w:rPr>
          <w:rFonts w:ascii="Arial" w:hAnsi="Arial" w:cs="Arial"/>
          <w:color w:val="000000" w:themeColor="text1"/>
          <w:lang w:val="ru-RU"/>
        </w:rPr>
        <w:t>)</w:t>
      </w:r>
      <w:r w:rsidRPr="00A262F0">
        <w:rPr>
          <w:rFonts w:ascii="Arial" w:hAnsi="Arial" w:cs="Arial"/>
          <w:color w:val="000000" w:themeColor="text1"/>
          <w:lang w:val="ru-RU"/>
        </w:rPr>
        <w:br/>
        <w:t>2. Выберите режим полёта</w:t>
      </w:r>
      <w:r w:rsidR="004F70B3">
        <w:rPr>
          <w:rFonts w:ascii="Arial" w:hAnsi="Arial" w:cs="Arial"/>
          <w:color w:val="000000" w:themeColor="text1"/>
          <w:lang w:val="ru-RU"/>
        </w:rPr>
        <w:t xml:space="preserve"> нажимая кнопку М на клавиатуре</w:t>
      </w:r>
      <w:r w:rsidRPr="00A262F0">
        <w:rPr>
          <w:rFonts w:ascii="Arial" w:hAnsi="Arial" w:cs="Arial"/>
          <w:color w:val="000000" w:themeColor="text1"/>
          <w:lang w:val="ru-RU"/>
        </w:rPr>
        <w:t>: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    - Стабилизированный режим</w:t>
      </w:r>
      <w:r w:rsidR="004F70B3">
        <w:rPr>
          <w:rFonts w:ascii="Arial" w:hAnsi="Arial" w:cs="Arial"/>
          <w:color w:val="000000" w:themeColor="text1"/>
          <w:lang w:val="ru-RU"/>
        </w:rPr>
        <w:t xml:space="preserve"> </w:t>
      </w:r>
      <w:r w:rsidR="004F70B3" w:rsidRPr="004F70B3">
        <w:rPr>
          <w:rFonts w:ascii="Arial" w:hAnsi="Arial" w:cs="Arial"/>
          <w:color w:val="000000" w:themeColor="text1"/>
          <w:lang w:val="ru-RU"/>
        </w:rPr>
        <w:t>(</w:t>
      </w:r>
      <w:r w:rsidR="004F70B3">
        <w:rPr>
          <w:rFonts w:ascii="Arial" w:hAnsi="Arial" w:cs="Arial"/>
          <w:color w:val="000000" w:themeColor="text1"/>
        </w:rPr>
        <w:t>HORIZON</w:t>
      </w:r>
      <w:r w:rsidR="004F70B3" w:rsidRPr="004F70B3">
        <w:rPr>
          <w:rFonts w:ascii="Arial" w:hAnsi="Arial" w:cs="Arial"/>
          <w:color w:val="000000" w:themeColor="text1"/>
          <w:lang w:val="ru-RU"/>
        </w:rPr>
        <w:t>)</w:t>
      </w:r>
      <w:r w:rsidRPr="00A262F0">
        <w:rPr>
          <w:rFonts w:ascii="Arial" w:hAnsi="Arial" w:cs="Arial"/>
          <w:color w:val="000000" w:themeColor="text1"/>
          <w:lang w:val="ru-RU"/>
        </w:rPr>
        <w:t>: автоматическое удержа</w:t>
      </w:r>
      <w:r w:rsidRPr="00A262F0">
        <w:rPr>
          <w:rFonts w:ascii="Arial" w:hAnsi="Arial" w:cs="Arial"/>
          <w:color w:val="000000" w:themeColor="text1"/>
          <w:lang w:val="ru-RU"/>
        </w:rPr>
        <w:t xml:space="preserve">ние положения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квадрокоптера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>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    -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Акро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 режим</w:t>
      </w:r>
      <w:r w:rsidR="004F70B3">
        <w:rPr>
          <w:rFonts w:ascii="Arial" w:hAnsi="Arial" w:cs="Arial"/>
          <w:color w:val="000000" w:themeColor="text1"/>
        </w:rPr>
        <w:t xml:space="preserve"> (ACRO)</w:t>
      </w:r>
      <w:r w:rsidRPr="00A262F0">
        <w:rPr>
          <w:rFonts w:ascii="Arial" w:hAnsi="Arial" w:cs="Arial"/>
          <w:color w:val="000000" w:themeColor="text1"/>
          <w:lang w:val="ru-RU"/>
        </w:rPr>
        <w:t>: полное управление без стабилизации.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3. Используя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стики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 управления, управляйте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квадрокоптером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>: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    - Увеличение/уменьшение газа для набора или снижения высоты.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    - Управление креном, </w:t>
      </w:r>
      <w:proofErr w:type="spellStart"/>
      <w:r w:rsidRPr="00A262F0">
        <w:rPr>
          <w:rFonts w:ascii="Arial" w:hAnsi="Arial" w:cs="Arial"/>
          <w:color w:val="000000" w:themeColor="text1"/>
          <w:lang w:val="ru-RU"/>
        </w:rPr>
        <w:t>тангажом</w:t>
      </w:r>
      <w:proofErr w:type="spellEnd"/>
      <w:r w:rsidRPr="00A262F0">
        <w:rPr>
          <w:rFonts w:ascii="Arial" w:hAnsi="Arial" w:cs="Arial"/>
          <w:color w:val="000000" w:themeColor="text1"/>
          <w:lang w:val="ru-RU"/>
        </w:rPr>
        <w:t xml:space="preserve"> и рысканием для </w:t>
      </w:r>
      <w:r w:rsidRPr="00A262F0">
        <w:rPr>
          <w:rFonts w:ascii="Arial" w:hAnsi="Arial" w:cs="Arial"/>
          <w:color w:val="000000" w:themeColor="text1"/>
          <w:lang w:val="ru-RU"/>
        </w:rPr>
        <w:t>маневрирования.</w:t>
      </w:r>
      <w:r w:rsidRPr="00A262F0">
        <w:rPr>
          <w:rFonts w:ascii="Arial" w:hAnsi="Arial" w:cs="Arial"/>
          <w:color w:val="000000" w:themeColor="text1"/>
          <w:lang w:val="ru-RU"/>
        </w:rPr>
        <w:br/>
        <w:t xml:space="preserve">4. После завершения полёта выключите моторы, отключив тумблер </w:t>
      </w:r>
      <w:r w:rsidRPr="00A262F0">
        <w:rPr>
          <w:rFonts w:ascii="Arial" w:hAnsi="Arial" w:cs="Arial"/>
          <w:color w:val="000000" w:themeColor="text1"/>
        </w:rPr>
        <w:t>SF</w:t>
      </w:r>
      <w:r w:rsidR="00D83F46">
        <w:rPr>
          <w:rFonts w:ascii="Arial" w:hAnsi="Arial" w:cs="Arial"/>
          <w:color w:val="000000" w:themeColor="text1"/>
          <w:lang w:val="ru-RU"/>
        </w:rPr>
        <w:t xml:space="preserve">, появится надпись </w:t>
      </w:r>
      <w:r w:rsidR="00D83F46">
        <w:rPr>
          <w:rFonts w:ascii="Arial" w:hAnsi="Arial" w:cs="Arial"/>
          <w:color w:val="000000" w:themeColor="text1"/>
        </w:rPr>
        <w:t>DISARMED</w:t>
      </w:r>
      <w:r w:rsidR="00D83F46" w:rsidRPr="00D83F46">
        <w:rPr>
          <w:rFonts w:ascii="Arial" w:hAnsi="Arial" w:cs="Arial"/>
          <w:color w:val="000000" w:themeColor="text1"/>
          <w:lang w:val="ru-RU"/>
        </w:rPr>
        <w:t xml:space="preserve"> (</w:t>
      </w:r>
      <w:r w:rsidR="00D83F46">
        <w:rPr>
          <w:rFonts w:ascii="Arial" w:hAnsi="Arial" w:cs="Arial"/>
          <w:color w:val="000000" w:themeColor="text1"/>
        </w:rPr>
        <w:t>DISARM</w:t>
      </w:r>
      <w:r w:rsidR="00D83F46" w:rsidRPr="00D83F46">
        <w:rPr>
          <w:rFonts w:ascii="Arial" w:hAnsi="Arial" w:cs="Arial"/>
          <w:color w:val="000000" w:themeColor="text1"/>
          <w:lang w:val="ru-RU"/>
        </w:rPr>
        <w:t>)</w:t>
      </w:r>
      <w:r w:rsidR="00D83F46">
        <w:rPr>
          <w:rFonts w:ascii="Arial" w:hAnsi="Arial" w:cs="Arial"/>
          <w:color w:val="000000" w:themeColor="text1"/>
          <w:lang w:val="ru-RU"/>
        </w:rPr>
        <w:br/>
      </w:r>
      <w:r w:rsidR="00D83F46" w:rsidRPr="00D83F46">
        <w:rPr>
          <w:rFonts w:ascii="Arial" w:hAnsi="Arial" w:cs="Arial"/>
          <w:color w:val="000000" w:themeColor="text1"/>
          <w:lang w:val="ru-RU"/>
        </w:rPr>
        <w:t>5</w:t>
      </w:r>
      <w:r w:rsidR="00D83F46">
        <w:rPr>
          <w:rFonts w:ascii="Arial" w:hAnsi="Arial" w:cs="Arial"/>
          <w:color w:val="000000" w:themeColor="text1"/>
          <w:lang w:val="ru-RU"/>
        </w:rPr>
        <w:t xml:space="preserve">. Для </w:t>
      </w:r>
      <w:proofErr w:type="spellStart"/>
      <w:r w:rsidR="00D83F46">
        <w:rPr>
          <w:rFonts w:ascii="Arial" w:hAnsi="Arial" w:cs="Arial"/>
          <w:color w:val="000000" w:themeColor="text1"/>
          <w:lang w:val="ru-RU"/>
        </w:rPr>
        <w:t>перезапукска</w:t>
      </w:r>
      <w:proofErr w:type="spellEnd"/>
      <w:r w:rsidR="00D83F46">
        <w:rPr>
          <w:rFonts w:ascii="Arial" w:hAnsi="Arial" w:cs="Arial"/>
          <w:color w:val="000000" w:themeColor="text1"/>
          <w:lang w:val="ru-RU"/>
        </w:rPr>
        <w:t xml:space="preserve"> уровня нажмите </w:t>
      </w:r>
      <w:r w:rsidR="00D83F46">
        <w:rPr>
          <w:rFonts w:ascii="Arial" w:hAnsi="Arial" w:cs="Arial"/>
          <w:color w:val="000000" w:themeColor="text1"/>
        </w:rPr>
        <w:t>R</w:t>
      </w:r>
      <w:r w:rsidR="00D83F46" w:rsidRPr="00D83F46">
        <w:rPr>
          <w:rFonts w:ascii="Arial" w:hAnsi="Arial" w:cs="Arial"/>
          <w:color w:val="000000" w:themeColor="text1"/>
          <w:lang w:val="ru-RU"/>
        </w:rPr>
        <w:t xml:space="preserve"> </w:t>
      </w:r>
      <w:r w:rsidR="00D83F46">
        <w:rPr>
          <w:rFonts w:ascii="Arial" w:hAnsi="Arial" w:cs="Arial"/>
          <w:color w:val="000000" w:themeColor="text1"/>
          <w:lang w:val="ru-RU"/>
        </w:rPr>
        <w:t>на клавиатуре</w:t>
      </w:r>
      <w:r w:rsidR="00D83F46">
        <w:rPr>
          <w:rFonts w:ascii="Arial" w:hAnsi="Arial" w:cs="Arial"/>
          <w:color w:val="000000" w:themeColor="text1"/>
          <w:lang w:val="ru-RU"/>
        </w:rPr>
        <w:br/>
        <w:t xml:space="preserve">6. Для выхода в меню нажмите </w:t>
      </w:r>
      <w:r w:rsidR="00D83F46">
        <w:rPr>
          <w:rFonts w:ascii="Arial" w:hAnsi="Arial" w:cs="Arial"/>
          <w:color w:val="000000" w:themeColor="text1"/>
        </w:rPr>
        <w:t>ESC</w:t>
      </w:r>
      <w:r w:rsidR="00D83F46" w:rsidRPr="00D83F46">
        <w:rPr>
          <w:rFonts w:ascii="Arial" w:hAnsi="Arial" w:cs="Arial"/>
          <w:color w:val="000000" w:themeColor="text1"/>
          <w:lang w:val="ru-RU"/>
        </w:rPr>
        <w:t xml:space="preserve"> </w:t>
      </w:r>
      <w:r w:rsidR="00D83F46">
        <w:rPr>
          <w:rFonts w:ascii="Arial" w:hAnsi="Arial" w:cs="Arial"/>
          <w:color w:val="000000" w:themeColor="text1"/>
          <w:lang w:val="ru-RU"/>
        </w:rPr>
        <w:t>на клавиатуре и выберите нужные пункты меню.</w:t>
      </w:r>
      <w:r w:rsidRPr="00A262F0">
        <w:rPr>
          <w:rFonts w:ascii="Arial" w:hAnsi="Arial" w:cs="Arial"/>
          <w:color w:val="000000" w:themeColor="text1"/>
          <w:lang w:val="ru-RU"/>
        </w:rPr>
        <w:br/>
      </w:r>
      <w:r w:rsidRPr="00A262F0">
        <w:rPr>
          <w:rFonts w:ascii="Arial" w:hAnsi="Arial" w:cs="Arial"/>
          <w:color w:val="000000" w:themeColor="text1"/>
          <w:lang w:val="ru-RU"/>
        </w:rPr>
        <w:br/>
      </w:r>
    </w:p>
    <w:sectPr w:rsidR="00D07686" w:rsidRPr="00A262F0" w:rsidSect="00034616"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C93C3" w14:textId="77777777" w:rsidR="00317DA8" w:rsidRDefault="00317DA8" w:rsidP="00A262F0">
      <w:pPr>
        <w:spacing w:after="0" w:line="240" w:lineRule="auto"/>
      </w:pPr>
      <w:r>
        <w:separator/>
      </w:r>
    </w:p>
  </w:endnote>
  <w:endnote w:type="continuationSeparator" w:id="0">
    <w:p w14:paraId="3DD21A33" w14:textId="77777777" w:rsidR="00317DA8" w:rsidRDefault="00317DA8" w:rsidP="00A26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F2050" w14:textId="77777777" w:rsidR="00317DA8" w:rsidRDefault="00317DA8" w:rsidP="00A262F0">
      <w:pPr>
        <w:spacing w:after="0" w:line="240" w:lineRule="auto"/>
      </w:pPr>
      <w:r>
        <w:separator/>
      </w:r>
    </w:p>
  </w:footnote>
  <w:footnote w:type="continuationSeparator" w:id="0">
    <w:p w14:paraId="1CFF8E0A" w14:textId="77777777" w:rsidR="00317DA8" w:rsidRDefault="00317DA8" w:rsidP="00A26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B4049" w14:textId="77777777" w:rsidR="00A262F0" w:rsidRPr="00A262F0" w:rsidRDefault="00A262F0" w:rsidP="00A262F0">
    <w:pPr>
      <w:pStyle w:val="Header"/>
      <w:jc w:val="center"/>
      <w:rPr>
        <w:rFonts w:ascii="Times New Roman" w:hAnsi="Times New Roman" w:cs="Times New Roman"/>
        <w:sz w:val="40"/>
        <w:szCs w:val="40"/>
        <w:lang w:val="ru-RU"/>
      </w:rPr>
    </w:pPr>
    <w:r w:rsidRPr="00A262F0">
      <w:rPr>
        <w:rFonts w:ascii="Times New Roman" w:hAnsi="Times New Roman" w:cs="Times New Roman"/>
        <w:sz w:val="40"/>
        <w:szCs w:val="40"/>
        <w:lang w:val="ru-RU"/>
      </w:rPr>
      <w:t>ООО «РАЙТ ГРУПП»</w:t>
    </w:r>
  </w:p>
  <w:p w14:paraId="1EEE0AE3" w14:textId="77777777" w:rsidR="00A262F0" w:rsidRPr="00A262F0" w:rsidRDefault="00A262F0" w:rsidP="00A262F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ru-RU" w:eastAsia="ru-RU"/>
      </w:rPr>
    </w:pPr>
    <w:r w:rsidRPr="00A262F0">
      <w:rPr>
        <w:rFonts w:ascii="Times New Roman" w:hAnsi="Times New Roman" w:cs="Times New Roman"/>
        <w:lang w:val="ru-RU"/>
      </w:rPr>
      <w:t xml:space="preserve">ОГРН </w:t>
    </w:r>
    <w:r w:rsidRPr="00A262F0">
      <w:rPr>
        <w:rStyle w:val="fontstyle01"/>
        <w:rFonts w:ascii="Times New Roman" w:hAnsi="Times New Roman" w:cs="Times New Roman"/>
        <w:lang w:val="ru-RU"/>
      </w:rPr>
      <w:t xml:space="preserve">1147746719450 ИНН </w:t>
    </w:r>
    <w:r w:rsidRPr="00A262F0">
      <w:rPr>
        <w:rFonts w:ascii="Times New Roman" w:eastAsia="Times New Roman" w:hAnsi="Times New Roman" w:cs="Times New Roman"/>
        <w:color w:val="000000"/>
        <w:sz w:val="24"/>
        <w:szCs w:val="24"/>
        <w:lang w:val="ru-RU" w:eastAsia="ru-RU"/>
      </w:rPr>
      <w:t>77430224105 КПП 771401001</w:t>
    </w:r>
  </w:p>
  <w:p w14:paraId="2D245C31" w14:textId="77777777" w:rsidR="00A262F0" w:rsidRPr="00012480" w:rsidRDefault="00A262F0" w:rsidP="00A262F0">
    <w:pPr>
      <w:pBdr>
        <w:bottom w:val="single" w:sz="12" w:space="1" w:color="auto"/>
      </w:pBd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A262F0">
      <w:rPr>
        <w:rFonts w:ascii="Times New Roman" w:eastAsia="Times New Roman" w:hAnsi="Times New Roman" w:cs="Times New Roman"/>
        <w:color w:val="000000"/>
        <w:sz w:val="24"/>
        <w:szCs w:val="24"/>
        <w:lang w:val="ru-RU" w:eastAsia="ru-RU"/>
      </w:rPr>
      <w:t xml:space="preserve">127083, Г.МОСКВА, УЛ 8 МАРТА, Д. 1, СТР. 12, ПОМЕЩ. </w:t>
    </w:r>
    <w:r w:rsidRPr="00012480">
      <w:rPr>
        <w:rFonts w:ascii="Times New Roman" w:eastAsia="Times New Roman" w:hAnsi="Times New Roman" w:cs="Times New Roman"/>
        <w:color w:val="000000"/>
        <w:sz w:val="24"/>
        <w:szCs w:val="24"/>
        <w:lang w:eastAsia="ru-RU"/>
      </w:rPr>
      <w:t>XXV, Ч.КОМ.4, ЭТ.3</w:t>
    </w:r>
  </w:p>
  <w:p w14:paraId="15ECA05F" w14:textId="77777777" w:rsidR="00A262F0" w:rsidRDefault="00A262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369E3"/>
    <w:rsid w:val="0006063C"/>
    <w:rsid w:val="0015074B"/>
    <w:rsid w:val="0029639D"/>
    <w:rsid w:val="00317DA8"/>
    <w:rsid w:val="00326F90"/>
    <w:rsid w:val="004F70B3"/>
    <w:rsid w:val="009A6C70"/>
    <w:rsid w:val="00A262F0"/>
    <w:rsid w:val="00AA1D8D"/>
    <w:rsid w:val="00B47730"/>
    <w:rsid w:val="00CB0664"/>
    <w:rsid w:val="00D07686"/>
    <w:rsid w:val="00D83F4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18866D2"/>
  <w14:defaultImageDpi w14:val="300"/>
  <w15:docId w15:val="{B84689D3-3B43-EE45-ACA2-C9B75A365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fontstyle01">
    <w:name w:val="fontstyle01"/>
    <w:basedOn w:val="DefaultParagraphFont"/>
    <w:rsid w:val="00A262F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26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RU" w:eastAsia="en-GB"/>
    </w:rPr>
  </w:style>
  <w:style w:type="character" w:customStyle="1" w:styleId="apple-converted-space">
    <w:name w:val="apple-converted-space"/>
    <w:basedOn w:val="DefaultParagraphFont"/>
    <w:rsid w:val="00A26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Microsoft Office User</cp:lastModifiedBy>
  <cp:revision>5</cp:revision>
  <dcterms:created xsi:type="dcterms:W3CDTF">2013-12-23T23:15:00Z</dcterms:created>
  <dcterms:modified xsi:type="dcterms:W3CDTF">2024-10-21T08:30:00Z</dcterms:modified>
  <cp:category/>
</cp:coreProperties>
</file>